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E01B1" w14:textId="6497F3F4" w:rsidR="00B4220C" w:rsidRDefault="001253E8">
      <w:pPr>
        <w:spacing w:after="240" w:line="240" w:lineRule="auto"/>
        <w:jc w:val="center"/>
      </w:pPr>
      <w:r>
        <w:rPr>
          <w:b/>
          <w:sz w:val="52"/>
        </w:rPr>
        <w:t>Repair Café Campbelltown SA</w:t>
      </w:r>
    </w:p>
    <w:p w14:paraId="6463E36D" w14:textId="77777777" w:rsidR="00B4220C" w:rsidRDefault="00000000">
      <w:pPr>
        <w:spacing w:after="160" w:line="240" w:lineRule="auto"/>
        <w:jc w:val="center"/>
      </w:pPr>
      <w:r>
        <w:rPr>
          <w:b/>
          <w:sz w:val="36"/>
        </w:rPr>
        <w:t>Annual Almanac</w:t>
      </w:r>
    </w:p>
    <w:p w14:paraId="6718BDD0" w14:textId="4B8522FB" w:rsidR="00B4220C" w:rsidRDefault="001253E8">
      <w:pPr>
        <w:spacing w:after="360" w:line="240" w:lineRule="auto"/>
        <w:jc w:val="center"/>
      </w:pPr>
      <w:r>
        <w:rPr>
          <w:sz w:val="32"/>
        </w:rPr>
        <w:t>2026</w:t>
      </w:r>
    </w:p>
    <w:p w14:paraId="3B36C003" w14:textId="45F81EC7" w:rsidR="00B4220C" w:rsidRDefault="00000000">
      <w:pPr>
        <w:spacing w:after="40" w:line="240" w:lineRule="auto"/>
        <w:jc w:val="center"/>
      </w:pPr>
      <w:r>
        <w:t xml:space="preserve">Coordinator: </w:t>
      </w:r>
      <w:r w:rsidR="004D70AB">
        <w:t>VAS DOLMAN</w:t>
      </w:r>
    </w:p>
    <w:p w14:paraId="3E70F8B3" w14:textId="064CB020" w:rsidR="00B4220C" w:rsidRDefault="00000000">
      <w:pPr>
        <w:spacing w:after="160" w:line="240" w:lineRule="auto"/>
        <w:jc w:val="center"/>
      </w:pPr>
      <w:r>
        <w:t xml:space="preserve">Contact: </w:t>
      </w:r>
      <w:r w:rsidR="004D70AB">
        <w:t>rccampbelltownsa@gmail.com</w:t>
      </w:r>
    </w:p>
    <w:p w14:paraId="0F01BB0E" w14:textId="53B3F74E" w:rsidR="00B4220C" w:rsidRDefault="004D70AB">
      <w:pPr>
        <w:jc w:val="center"/>
      </w:pPr>
      <w:r>
        <w:rPr>
          <w:noProof/>
        </w:rPr>
        <w:drawing>
          <wp:inline distT="0" distB="0" distL="0" distR="0" wp14:anchorId="3A234C5E" wp14:editId="66D1A580">
            <wp:extent cx="5943600" cy="3518880"/>
            <wp:effectExtent l="0" t="0" r="0" b="5715"/>
            <wp:docPr id="1198044167" name="Picture 2" descr="May be an image of ‎text that says '‎REPAIR CAFFE Campbelltown TOMN &quot;A place to bring your broken items, and sit with skilled volunteers as they are repaired&quot; ชอทร കമടതള. हথ 小a。 م IM‎'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‎text that says '‎REPAIR CAFFE Campbelltown TOMN &quot;A place to bring your broken items, and sit with skilled volunteers as they are repaired&quot; ชอทร കമടതള. हথ 小a。 م IM‎'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BB43" w14:textId="2AFE8A15" w:rsidR="00B4220C" w:rsidRDefault="002229CC">
      <w:pPr>
        <w:spacing w:after="0" w:line="240" w:lineRule="auto"/>
        <w:jc w:val="center"/>
      </w:pPr>
      <w:r>
        <w:rPr>
          <w:i/>
          <w:sz w:val="20"/>
        </w:rPr>
        <w:t>Repair Café Campbelltown SA</w:t>
      </w:r>
    </w:p>
    <w:p w14:paraId="3629D581" w14:textId="77777777" w:rsidR="00B4220C" w:rsidRDefault="00000000">
      <w:r>
        <w:br w:type="page"/>
      </w:r>
    </w:p>
    <w:p w14:paraId="7DF0795F" w14:textId="77777777" w:rsidR="00B4220C" w:rsidRDefault="00000000">
      <w:pPr>
        <w:spacing w:before="120" w:after="120" w:line="240" w:lineRule="auto"/>
      </w:pPr>
      <w:r>
        <w:rPr>
          <w:b/>
          <w:sz w:val="32"/>
        </w:rPr>
        <w:lastRenderedPageBreak/>
        <w:t>1. About the project</w:t>
      </w:r>
    </w:p>
    <w:p w14:paraId="0D6D249B" w14:textId="6953992D" w:rsidR="00B4220C" w:rsidRDefault="004D70AB">
      <w:p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The Campbelltown Repair Café is a place you can bring your broken items for fixing – and learn how to fix them yourself with the help of volunteer repairers. The Campbelltown Repair Café is a vital, free resource in the community that aims to reduce landfill, provide opportunities to learn new skills, meet new local people, create community and save money.</w:t>
      </w:r>
      <w:r w:rsidR="002229CC">
        <w:rPr>
          <w:color w:val="548DD4" w:themeColor="text2" w:themeTint="99"/>
        </w:rPr>
        <w:t xml:space="preserve"> Each event takes place on the second Sunday of each month (except May and December).</w:t>
      </w:r>
    </w:p>
    <w:p w14:paraId="2D87AEB6" w14:textId="77777777" w:rsidR="002229CC" w:rsidRDefault="002229CC">
      <w:pPr>
        <w:spacing w:after="120" w:line="240" w:lineRule="auto"/>
        <w:jc w:val="both"/>
        <w:rPr>
          <w:color w:val="548DD4" w:themeColor="text2" w:themeTint="99"/>
        </w:rPr>
      </w:pPr>
    </w:p>
    <w:p w14:paraId="5C81A594" w14:textId="016F5878" w:rsidR="002229CC" w:rsidRDefault="002229CC">
      <w:p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The types of repairs available are:</w:t>
      </w:r>
    </w:p>
    <w:p w14:paraId="63E3BBF4" w14:textId="1A8D9B3C" w:rsid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Electrical</w:t>
      </w:r>
    </w:p>
    <w:p w14:paraId="4970BD7F" w14:textId="3DE0F27A" w:rsid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Textiles / Clothing / Darning</w:t>
      </w:r>
    </w:p>
    <w:p w14:paraId="4AAAD315" w14:textId="7DBBEC2F" w:rsid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Wooden</w:t>
      </w:r>
    </w:p>
    <w:p w14:paraId="44679C03" w14:textId="59B83C31" w:rsid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Mechanical / Bicycles</w:t>
      </w:r>
    </w:p>
    <w:p w14:paraId="2C9178C9" w14:textId="78731834" w:rsid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IT and Software</w:t>
      </w:r>
    </w:p>
    <w:p w14:paraId="7C0993B3" w14:textId="04247412" w:rsid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Jewellery</w:t>
      </w:r>
    </w:p>
    <w:p w14:paraId="5CED415B" w14:textId="61CB1990" w:rsidR="002229CC" w:rsidRPr="002229CC" w:rsidRDefault="002229CC" w:rsidP="002229CC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 xml:space="preserve">Tool sharpening </w:t>
      </w:r>
    </w:p>
    <w:p w14:paraId="2F2201C9" w14:textId="77777777" w:rsidR="00B4220C" w:rsidRDefault="00000000">
      <w:pPr>
        <w:spacing w:before="120" w:after="120" w:line="240" w:lineRule="auto"/>
      </w:pPr>
      <w:r>
        <w:rPr>
          <w:b/>
          <w:sz w:val="32"/>
        </w:rPr>
        <w:t>2. Acknowledgement and thanks (optional)</w:t>
      </w:r>
    </w:p>
    <w:p w14:paraId="46AB4DB1" w14:textId="3EB29E88" w:rsidR="00B4220C" w:rsidRPr="004D70AB" w:rsidRDefault="004D70AB">
      <w:p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Campbelltown Repair Café is a community run initiative</w:t>
      </w:r>
      <w:r w:rsidR="002229CC">
        <w:rPr>
          <w:color w:val="548DD4" w:themeColor="text2" w:themeTint="99"/>
        </w:rPr>
        <w:t xml:space="preserve"> serviced by volunteers. It is </w:t>
      </w:r>
      <w:r>
        <w:rPr>
          <w:color w:val="548DD4" w:themeColor="text2" w:themeTint="99"/>
        </w:rPr>
        <w:t xml:space="preserve"> auspiced by Sustainable Communities SA, and supported by the Campbelltown City Council</w:t>
      </w:r>
    </w:p>
    <w:p w14:paraId="37E74C87" w14:textId="2D56AB83" w:rsidR="00B4220C" w:rsidRDefault="00000000" w:rsidP="004D70AB">
      <w:pPr>
        <w:spacing w:before="120" w:after="120" w:line="240" w:lineRule="auto"/>
      </w:pPr>
      <w:r>
        <w:rPr>
          <w:b/>
          <w:sz w:val="32"/>
        </w:rPr>
        <w:t>3. Highlights of the year</w:t>
      </w:r>
    </w:p>
    <w:p w14:paraId="3F6FA2CC" w14:textId="5E3F492B" w:rsidR="00B4220C" w:rsidRDefault="002229CC">
      <w:pPr>
        <w:pStyle w:val="ListBullet"/>
        <w:spacing w:after="40" w:line="240" w:lineRule="auto"/>
        <w:jc w:val="both"/>
      </w:pPr>
      <w:r>
        <w:rPr>
          <w:color w:val="548DD4" w:themeColor="text2" w:themeTint="99"/>
        </w:rPr>
        <w:t>Total k</w:t>
      </w:r>
      <w:r w:rsidR="004D70AB">
        <w:rPr>
          <w:color w:val="548DD4" w:themeColor="text2" w:themeTint="99"/>
        </w:rPr>
        <w:t xml:space="preserve">ilograms saved from landfill </w:t>
      </w:r>
      <w:r w:rsidR="00C66425">
        <w:rPr>
          <w:color w:val="548DD4" w:themeColor="text2" w:themeTint="99"/>
        </w:rPr>
        <w:t>approaching 3 tons</w:t>
      </w:r>
    </w:p>
    <w:p w14:paraId="38C53816" w14:textId="0809B46C" w:rsidR="00B4220C" w:rsidRDefault="00C66425">
      <w:pPr>
        <w:pStyle w:val="ListBullet"/>
        <w:spacing w:after="40" w:line="240" w:lineRule="auto"/>
        <w:jc w:val="both"/>
      </w:pPr>
      <w:r>
        <w:rPr>
          <w:color w:val="548DD4" w:themeColor="text2" w:themeTint="99"/>
        </w:rPr>
        <w:t>We celebrated our 50</w:t>
      </w:r>
      <w:r w:rsidRPr="00C66425">
        <w:rPr>
          <w:color w:val="548DD4" w:themeColor="text2" w:themeTint="99"/>
          <w:vertAlign w:val="superscript"/>
        </w:rPr>
        <w:t>th</w:t>
      </w:r>
      <w:r>
        <w:rPr>
          <w:color w:val="548DD4" w:themeColor="text2" w:themeTint="99"/>
        </w:rPr>
        <w:t xml:space="preserve"> event milestone</w:t>
      </w:r>
    </w:p>
    <w:p w14:paraId="010584E1" w14:textId="2150362F" w:rsidR="00B4220C" w:rsidRDefault="00C66425">
      <w:pPr>
        <w:pStyle w:val="ListBullet"/>
        <w:spacing w:after="40" w:line="240" w:lineRule="auto"/>
        <w:jc w:val="both"/>
      </w:pPr>
      <w:r>
        <w:rPr>
          <w:color w:val="548DD4" w:themeColor="text2" w:themeTint="99"/>
        </w:rPr>
        <w:t>Growing our volunteer cohort</w:t>
      </w:r>
    </w:p>
    <w:p w14:paraId="39D07BD6" w14:textId="1B6959CF" w:rsidR="00B4220C" w:rsidRPr="002229CC" w:rsidRDefault="00000000" w:rsidP="002229CC">
      <w:pPr>
        <w:spacing w:before="120" w:after="120" w:line="240" w:lineRule="auto"/>
        <w:rPr>
          <w:b/>
          <w:sz w:val="32"/>
        </w:rPr>
      </w:pPr>
      <w:r>
        <w:rPr>
          <w:b/>
          <w:sz w:val="32"/>
        </w:rPr>
        <w:t>4. Events and workshops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62"/>
        <w:gridCol w:w="1544"/>
        <w:gridCol w:w="1774"/>
        <w:gridCol w:w="1593"/>
        <w:gridCol w:w="3203"/>
      </w:tblGrid>
      <w:tr w:rsidR="00B4220C" w14:paraId="75F1FD10" w14:textId="77777777" w:rsidTr="00C66425">
        <w:tc>
          <w:tcPr>
            <w:tcW w:w="1462" w:type="dxa"/>
          </w:tcPr>
          <w:p w14:paraId="0E2B974A" w14:textId="77777777" w:rsidR="00B4220C" w:rsidRDefault="00000000">
            <w:pPr>
              <w:spacing w:after="0" w:line="240" w:lineRule="auto"/>
            </w:pPr>
            <w:r>
              <w:rPr>
                <w:b/>
                <w:sz w:val="22"/>
              </w:rPr>
              <w:t>Event title</w:t>
            </w:r>
          </w:p>
        </w:tc>
        <w:tc>
          <w:tcPr>
            <w:tcW w:w="1544" w:type="dxa"/>
          </w:tcPr>
          <w:p w14:paraId="39579D7E" w14:textId="77777777" w:rsidR="00B4220C" w:rsidRDefault="00000000">
            <w:pPr>
              <w:spacing w:after="0" w:line="240" w:lineRule="auto"/>
            </w:pPr>
            <w:r>
              <w:rPr>
                <w:b/>
                <w:sz w:val="22"/>
              </w:rPr>
              <w:t>Date &amp; time</w:t>
            </w:r>
          </w:p>
        </w:tc>
        <w:tc>
          <w:tcPr>
            <w:tcW w:w="1774" w:type="dxa"/>
          </w:tcPr>
          <w:p w14:paraId="7141B9AC" w14:textId="77777777" w:rsidR="00B4220C" w:rsidRDefault="00000000">
            <w:pPr>
              <w:spacing w:after="0" w:line="240" w:lineRule="auto"/>
            </w:pPr>
            <w:r>
              <w:rPr>
                <w:b/>
                <w:sz w:val="22"/>
              </w:rPr>
              <w:t>Location</w:t>
            </w:r>
          </w:p>
        </w:tc>
        <w:tc>
          <w:tcPr>
            <w:tcW w:w="1593" w:type="dxa"/>
          </w:tcPr>
          <w:p w14:paraId="017CDF98" w14:textId="29FD5F84" w:rsidR="00B4220C" w:rsidRDefault="00B4220C">
            <w:pPr>
              <w:spacing w:after="0" w:line="240" w:lineRule="auto"/>
            </w:pPr>
          </w:p>
        </w:tc>
        <w:tc>
          <w:tcPr>
            <w:tcW w:w="3203" w:type="dxa"/>
          </w:tcPr>
          <w:p w14:paraId="2E9A711C" w14:textId="77777777" w:rsidR="00B4220C" w:rsidRDefault="00000000">
            <w:pPr>
              <w:spacing w:after="0" w:line="240" w:lineRule="auto"/>
            </w:pPr>
            <w:r>
              <w:rPr>
                <w:b/>
                <w:sz w:val="22"/>
              </w:rPr>
              <w:t>Registration / contact</w:t>
            </w:r>
          </w:p>
        </w:tc>
      </w:tr>
      <w:tr w:rsidR="00B4220C" w14:paraId="655F5144" w14:textId="77777777" w:rsidTr="00C66425">
        <w:tc>
          <w:tcPr>
            <w:tcW w:w="1462" w:type="dxa"/>
          </w:tcPr>
          <w:p w14:paraId="5F863580" w14:textId="16EC89B6" w:rsidR="00B4220C" w:rsidRPr="00C66425" w:rsidRDefault="00C66425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5F7B023D" w14:textId="38DC09F2" w:rsidR="00C66425" w:rsidRPr="00C66425" w:rsidRDefault="00C66425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 w:rsidRPr="00C66425">
              <w:rPr>
                <w:color w:val="548DD4" w:themeColor="text2" w:themeTint="99"/>
                <w:sz w:val="22"/>
              </w:rPr>
              <w:t>January 11</w:t>
            </w:r>
            <w:r w:rsidRPr="00C66425">
              <w:rPr>
                <w:color w:val="548DD4" w:themeColor="text2" w:themeTint="99"/>
                <w:sz w:val="22"/>
                <w:vertAlign w:val="superscript"/>
              </w:rPr>
              <w:t>th</w:t>
            </w:r>
            <w:r w:rsidRPr="00C66425">
              <w:rPr>
                <w:color w:val="548DD4" w:themeColor="text2" w:themeTint="99"/>
                <w:sz w:val="22"/>
              </w:rPr>
              <w:t>, 2026</w:t>
            </w:r>
          </w:p>
          <w:p w14:paraId="3ABF5A46" w14:textId="33B5C608" w:rsidR="00B4220C" w:rsidRPr="00C66425" w:rsidRDefault="00C66425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59F7030C" w14:textId="085E8C10" w:rsidR="00B4220C" w:rsidRPr="00C66425" w:rsidRDefault="00C66425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743CD878" w14:textId="0350D222" w:rsidR="00B4220C" w:rsidRPr="00C66425" w:rsidRDefault="00B4220C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5D497020" w14:textId="10FA22DB" w:rsidR="00B4220C" w:rsidRPr="00C66425" w:rsidRDefault="00C66425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C66425" w:rsidRPr="00C66425" w14:paraId="11CFCFFD" w14:textId="77777777" w:rsidTr="0023295B">
        <w:tc>
          <w:tcPr>
            <w:tcW w:w="1462" w:type="dxa"/>
          </w:tcPr>
          <w:p w14:paraId="1A1E14CF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0F10FF3A" w14:textId="3D88157F" w:rsidR="00C66425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February 8</w:t>
            </w:r>
            <w:r w:rsidRPr="00666BE9">
              <w:rPr>
                <w:color w:val="548DD4" w:themeColor="text2" w:themeTint="99"/>
                <w:sz w:val="22"/>
                <w:vertAlign w:val="superscript"/>
              </w:rPr>
              <w:t>th</w:t>
            </w:r>
            <w:r w:rsidR="00C66425" w:rsidRPr="00C66425">
              <w:rPr>
                <w:color w:val="548DD4" w:themeColor="text2" w:themeTint="99"/>
                <w:sz w:val="22"/>
              </w:rPr>
              <w:t>, 2026</w:t>
            </w:r>
          </w:p>
          <w:p w14:paraId="1A1C0620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4023B9FD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35A2F9E0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4858CD7B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C66425" w:rsidRPr="00C66425" w14:paraId="13986D70" w14:textId="77777777" w:rsidTr="0023295B">
        <w:tc>
          <w:tcPr>
            <w:tcW w:w="1462" w:type="dxa"/>
          </w:tcPr>
          <w:p w14:paraId="21C5D243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3D200977" w14:textId="0DD3FF08" w:rsidR="00C66425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March 8th</w:t>
            </w:r>
            <w:r w:rsidR="00C66425" w:rsidRPr="00C66425">
              <w:rPr>
                <w:color w:val="548DD4" w:themeColor="text2" w:themeTint="99"/>
                <w:sz w:val="22"/>
              </w:rPr>
              <w:t>, 2026</w:t>
            </w:r>
          </w:p>
          <w:p w14:paraId="1117EBC1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5DBC1691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13BA8F25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77124971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C66425" w:rsidRPr="00C66425" w14:paraId="606FB1D6" w14:textId="77777777" w:rsidTr="0023295B">
        <w:tc>
          <w:tcPr>
            <w:tcW w:w="1462" w:type="dxa"/>
          </w:tcPr>
          <w:p w14:paraId="34FAFEF8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1C1434A8" w14:textId="75158ABA" w:rsidR="00C66425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April 12</w:t>
            </w:r>
            <w:r w:rsidRPr="00666BE9">
              <w:rPr>
                <w:color w:val="548DD4" w:themeColor="text2" w:themeTint="99"/>
                <w:sz w:val="22"/>
                <w:vertAlign w:val="superscript"/>
              </w:rPr>
              <w:t>th</w:t>
            </w:r>
            <w:r>
              <w:rPr>
                <w:color w:val="548DD4" w:themeColor="text2" w:themeTint="99"/>
                <w:sz w:val="22"/>
              </w:rPr>
              <w:t>,</w:t>
            </w:r>
            <w:r w:rsidR="00C66425" w:rsidRPr="00C66425">
              <w:rPr>
                <w:color w:val="548DD4" w:themeColor="text2" w:themeTint="99"/>
                <w:sz w:val="22"/>
              </w:rPr>
              <w:t xml:space="preserve"> 2026</w:t>
            </w:r>
          </w:p>
          <w:p w14:paraId="4E34CC39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5A8B9394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37A96BAF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7994E705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C66425" w:rsidRPr="00C66425" w14:paraId="5B17ACEA" w14:textId="77777777" w:rsidTr="0023295B">
        <w:tc>
          <w:tcPr>
            <w:tcW w:w="1462" w:type="dxa"/>
          </w:tcPr>
          <w:p w14:paraId="321D39FB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26463158" w14:textId="118E5222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 w:rsidRPr="00C66425">
              <w:rPr>
                <w:color w:val="548DD4" w:themeColor="text2" w:themeTint="99"/>
                <w:sz w:val="22"/>
              </w:rPr>
              <w:t>J</w:t>
            </w:r>
            <w:r w:rsidR="00666BE9">
              <w:rPr>
                <w:color w:val="548DD4" w:themeColor="text2" w:themeTint="99"/>
                <w:sz w:val="22"/>
              </w:rPr>
              <w:t>une 14th</w:t>
            </w:r>
            <w:r w:rsidRPr="00C66425">
              <w:rPr>
                <w:color w:val="548DD4" w:themeColor="text2" w:themeTint="99"/>
                <w:sz w:val="22"/>
              </w:rPr>
              <w:t>, 2026</w:t>
            </w:r>
          </w:p>
          <w:p w14:paraId="6DDFCAAB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3D6EE9D3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630D061D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05B064CD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C66425" w:rsidRPr="00C66425" w14:paraId="7AC689EE" w14:textId="77777777" w:rsidTr="0023295B">
        <w:tc>
          <w:tcPr>
            <w:tcW w:w="1462" w:type="dxa"/>
          </w:tcPr>
          <w:p w14:paraId="2DC44F4A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5F228BF8" w14:textId="4404F603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 w:rsidRPr="00C66425">
              <w:rPr>
                <w:color w:val="548DD4" w:themeColor="text2" w:themeTint="99"/>
                <w:sz w:val="22"/>
              </w:rPr>
              <w:t>J</w:t>
            </w:r>
            <w:r w:rsidR="00666BE9">
              <w:rPr>
                <w:color w:val="548DD4" w:themeColor="text2" w:themeTint="99"/>
                <w:sz w:val="22"/>
              </w:rPr>
              <w:t>uly 12</w:t>
            </w:r>
            <w:r w:rsidR="00666BE9" w:rsidRPr="00666BE9">
              <w:rPr>
                <w:color w:val="548DD4" w:themeColor="text2" w:themeTint="99"/>
                <w:sz w:val="22"/>
                <w:vertAlign w:val="superscript"/>
              </w:rPr>
              <w:t>th</w:t>
            </w:r>
            <w:r w:rsidR="00666BE9">
              <w:rPr>
                <w:color w:val="548DD4" w:themeColor="text2" w:themeTint="99"/>
                <w:sz w:val="22"/>
              </w:rPr>
              <w:t xml:space="preserve">, </w:t>
            </w:r>
            <w:r w:rsidRPr="00C66425">
              <w:rPr>
                <w:color w:val="548DD4" w:themeColor="text2" w:themeTint="99"/>
                <w:sz w:val="22"/>
              </w:rPr>
              <w:t xml:space="preserve"> 2026</w:t>
            </w:r>
          </w:p>
          <w:p w14:paraId="4B608AE0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51BC8EC9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49BEA5F0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31F0B7C3" w14:textId="77777777" w:rsidR="00C66425" w:rsidRPr="00C66425" w:rsidRDefault="00C66425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666BE9" w:rsidRPr="00C66425" w14:paraId="2975ADDA" w14:textId="77777777" w:rsidTr="0023295B">
        <w:tc>
          <w:tcPr>
            <w:tcW w:w="1462" w:type="dxa"/>
          </w:tcPr>
          <w:p w14:paraId="7E7E50F7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lastRenderedPageBreak/>
              <w:t>Repair Cafe</w:t>
            </w:r>
          </w:p>
        </w:tc>
        <w:tc>
          <w:tcPr>
            <w:tcW w:w="1544" w:type="dxa"/>
          </w:tcPr>
          <w:p w14:paraId="4EF50625" w14:textId="2CF37734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August 9th</w:t>
            </w:r>
            <w:r w:rsidRPr="00C66425">
              <w:rPr>
                <w:color w:val="548DD4" w:themeColor="text2" w:themeTint="99"/>
                <w:sz w:val="22"/>
              </w:rPr>
              <w:t>, 2026</w:t>
            </w:r>
          </w:p>
          <w:p w14:paraId="28F9A15E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0BB06A85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09F31BDA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4E804220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666BE9" w:rsidRPr="00C66425" w14:paraId="4B594077" w14:textId="77777777" w:rsidTr="0023295B">
        <w:tc>
          <w:tcPr>
            <w:tcW w:w="1462" w:type="dxa"/>
          </w:tcPr>
          <w:p w14:paraId="28BC22E1" w14:textId="77777777" w:rsidR="00666BE9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  <w:p w14:paraId="23FEA63B" w14:textId="132FB840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1E81F6B2" w14:textId="77777777" w:rsidR="00666BE9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</w:p>
          <w:p w14:paraId="7B3BE618" w14:textId="14C8D371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September 13</w:t>
            </w:r>
            <w:r w:rsidRPr="00666BE9">
              <w:rPr>
                <w:color w:val="548DD4" w:themeColor="text2" w:themeTint="99"/>
                <w:sz w:val="22"/>
                <w:vertAlign w:val="superscript"/>
              </w:rPr>
              <w:t>th</w:t>
            </w:r>
            <w:r>
              <w:rPr>
                <w:color w:val="548DD4" w:themeColor="text2" w:themeTint="99"/>
                <w:sz w:val="22"/>
              </w:rPr>
              <w:t xml:space="preserve"> </w:t>
            </w:r>
            <w:r w:rsidRPr="00C66425">
              <w:rPr>
                <w:color w:val="548DD4" w:themeColor="text2" w:themeTint="99"/>
                <w:sz w:val="22"/>
              </w:rPr>
              <w:t>2026</w:t>
            </w:r>
          </w:p>
          <w:p w14:paraId="43F71D8E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45672D4A" w14:textId="77777777" w:rsidR="00666BE9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  <w:p w14:paraId="7A35ADB8" w14:textId="7AE1D9A3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78566393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3B37EC97" w14:textId="77777777" w:rsidR="00666BE9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  <w:p w14:paraId="253708CC" w14:textId="2241391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666BE9" w:rsidRPr="00C66425" w14:paraId="305D2105" w14:textId="77777777" w:rsidTr="0023295B">
        <w:tc>
          <w:tcPr>
            <w:tcW w:w="1462" w:type="dxa"/>
          </w:tcPr>
          <w:p w14:paraId="6AFA501D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1FE06298" w14:textId="0F01B8D6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October 11th</w:t>
            </w:r>
            <w:r w:rsidRPr="00C66425">
              <w:rPr>
                <w:color w:val="548DD4" w:themeColor="text2" w:themeTint="99"/>
                <w:sz w:val="22"/>
              </w:rPr>
              <w:t>, 2026</w:t>
            </w:r>
          </w:p>
          <w:p w14:paraId="7E333702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0DD2471C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56FEA88E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02952FF3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  <w:tr w:rsidR="00666BE9" w:rsidRPr="00C66425" w14:paraId="1B4673D8" w14:textId="77777777" w:rsidTr="0023295B">
        <w:tc>
          <w:tcPr>
            <w:tcW w:w="1462" w:type="dxa"/>
          </w:tcPr>
          <w:p w14:paraId="17CDB54A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>
              <w:rPr>
                <w:color w:val="548DD4" w:themeColor="text2" w:themeTint="99"/>
              </w:rPr>
              <w:t>Repair Cafe</w:t>
            </w:r>
          </w:p>
        </w:tc>
        <w:tc>
          <w:tcPr>
            <w:tcW w:w="1544" w:type="dxa"/>
          </w:tcPr>
          <w:p w14:paraId="49B0A6DB" w14:textId="278A7DC9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  <w:sz w:val="22"/>
              </w:rPr>
            </w:pPr>
            <w:r>
              <w:rPr>
                <w:color w:val="548DD4" w:themeColor="text2" w:themeTint="99"/>
                <w:sz w:val="22"/>
              </w:rPr>
              <w:t>November 8</w:t>
            </w:r>
            <w:r w:rsidRPr="00666BE9">
              <w:rPr>
                <w:color w:val="548DD4" w:themeColor="text2" w:themeTint="99"/>
                <w:sz w:val="22"/>
                <w:vertAlign w:val="superscript"/>
              </w:rPr>
              <w:t>th</w:t>
            </w:r>
            <w:r w:rsidRPr="00C66425">
              <w:rPr>
                <w:color w:val="548DD4" w:themeColor="text2" w:themeTint="99"/>
                <w:sz w:val="22"/>
              </w:rPr>
              <w:t>, 2026</w:t>
            </w:r>
          </w:p>
          <w:p w14:paraId="18FE0AA2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  <w:sz w:val="22"/>
              </w:rPr>
              <w:t>9.30 – 2.00</w:t>
            </w:r>
          </w:p>
        </w:tc>
        <w:tc>
          <w:tcPr>
            <w:tcW w:w="1774" w:type="dxa"/>
          </w:tcPr>
          <w:p w14:paraId="64EAB1FB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Campbelltown Memorial Oval</w:t>
            </w:r>
          </w:p>
        </w:tc>
        <w:tc>
          <w:tcPr>
            <w:tcW w:w="1593" w:type="dxa"/>
          </w:tcPr>
          <w:p w14:paraId="1ABACED1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</w:p>
        </w:tc>
        <w:tc>
          <w:tcPr>
            <w:tcW w:w="3203" w:type="dxa"/>
          </w:tcPr>
          <w:p w14:paraId="0B9CD93B" w14:textId="77777777" w:rsidR="00666BE9" w:rsidRPr="00C66425" w:rsidRDefault="00666BE9" w:rsidP="0023295B">
            <w:pPr>
              <w:spacing w:after="0" w:line="240" w:lineRule="auto"/>
              <w:rPr>
                <w:color w:val="548DD4" w:themeColor="text2" w:themeTint="99"/>
              </w:rPr>
            </w:pPr>
            <w:r w:rsidRPr="00C66425">
              <w:rPr>
                <w:color w:val="548DD4" w:themeColor="text2" w:themeTint="99"/>
              </w:rPr>
              <w:t>rccampbelltownsa@gmail.com</w:t>
            </w:r>
          </w:p>
        </w:tc>
      </w:tr>
    </w:tbl>
    <w:p w14:paraId="78449474" w14:textId="77777777" w:rsidR="00B4220C" w:rsidRDefault="00B4220C"/>
    <w:p w14:paraId="6FB0965D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6BA8E4E0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37D3587A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18C98EE8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3E9B6C77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EB37A8B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CB5C07B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6D5097E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97B6027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53CD9153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6724000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29FE0A4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334DB432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66285DE6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69640710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0A7278A5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46C2CFDE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261BFA15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69CD6FA8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7A001854" w14:textId="2AE68D74" w:rsidR="00B4220C" w:rsidRDefault="00000000">
      <w:pPr>
        <w:spacing w:before="120" w:after="120" w:line="240" w:lineRule="auto"/>
      </w:pPr>
      <w:r>
        <w:rPr>
          <w:b/>
          <w:sz w:val="32"/>
        </w:rPr>
        <w:lastRenderedPageBreak/>
        <w:t>5. Photos and captions</w:t>
      </w:r>
    </w:p>
    <w:p w14:paraId="70B247D2" w14:textId="15EABE9A" w:rsidR="00B4220C" w:rsidRDefault="00B4220C">
      <w:pPr>
        <w:spacing w:after="160" w:line="240" w:lineRule="auto"/>
        <w:jc w:val="both"/>
      </w:pPr>
    </w:p>
    <w:p w14:paraId="027A467E" w14:textId="45236C64" w:rsidR="00B4220C" w:rsidRDefault="00666BE9">
      <w:pPr>
        <w:jc w:val="center"/>
      </w:pPr>
      <w:r>
        <w:rPr>
          <w:noProof/>
        </w:rPr>
        <w:drawing>
          <wp:inline distT="0" distB="0" distL="0" distR="0" wp14:anchorId="7B021F80" wp14:editId="6AE7163E">
            <wp:extent cx="5054462" cy="5493715"/>
            <wp:effectExtent l="0" t="0" r="0" b="0"/>
            <wp:docPr id="2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24" cy="55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0559" w14:textId="3BF14AE6" w:rsidR="00B4220C" w:rsidRDefault="00B74DE3">
      <w:pPr>
        <w:spacing w:line="240" w:lineRule="auto"/>
        <w:jc w:val="center"/>
      </w:pPr>
      <w:r>
        <w:rPr>
          <w:i/>
          <w:sz w:val="20"/>
        </w:rPr>
        <w:t>Electrical, mechanical, electronics, IT repairs</w:t>
      </w:r>
    </w:p>
    <w:p w14:paraId="17ACFC4E" w14:textId="779BFB38" w:rsidR="00B4220C" w:rsidRDefault="00666BE9">
      <w:pPr>
        <w:jc w:val="center"/>
      </w:pPr>
      <w:r>
        <w:rPr>
          <w:noProof/>
        </w:rPr>
        <w:lastRenderedPageBreak/>
        <w:drawing>
          <wp:inline distT="0" distB="0" distL="0" distR="0" wp14:anchorId="360192A6" wp14:editId="2CB937E6">
            <wp:extent cx="4996282" cy="6934200"/>
            <wp:effectExtent l="0" t="0" r="0" b="0"/>
            <wp:docPr id="1640335509" name="Picture 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06" cy="69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0610" w14:textId="102671F2" w:rsidR="00B4220C" w:rsidRDefault="00666BE9">
      <w:pPr>
        <w:spacing w:line="240" w:lineRule="auto"/>
        <w:jc w:val="center"/>
      </w:pPr>
      <w:r>
        <w:rPr>
          <w:i/>
          <w:sz w:val="20"/>
        </w:rPr>
        <w:t>Jewellery Repairs</w:t>
      </w:r>
    </w:p>
    <w:p w14:paraId="65ED89D3" w14:textId="4C8E7E04" w:rsidR="00B4220C" w:rsidRDefault="00B74DE3">
      <w:pPr>
        <w:jc w:val="center"/>
      </w:pPr>
      <w:r>
        <w:rPr>
          <w:noProof/>
        </w:rPr>
        <w:lastRenderedPageBreak/>
        <w:drawing>
          <wp:inline distT="0" distB="0" distL="0" distR="0" wp14:anchorId="1185389F" wp14:editId="478BADF7">
            <wp:extent cx="5186477" cy="5647055"/>
            <wp:effectExtent l="0" t="0" r="0" b="0"/>
            <wp:docPr id="7" name="Picture 6" descr="May be an image of 1 person and qu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 and quil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16" cy="56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D086" w14:textId="12429588" w:rsidR="00B4220C" w:rsidRDefault="00B74DE3" w:rsidP="002229CC">
      <w:pPr>
        <w:spacing w:line="240" w:lineRule="auto"/>
        <w:jc w:val="center"/>
      </w:pPr>
      <w:r>
        <w:rPr>
          <w:i/>
          <w:sz w:val="20"/>
        </w:rPr>
        <w:t>Fabric and textile repairs</w:t>
      </w:r>
    </w:p>
    <w:p w14:paraId="091C8926" w14:textId="77777777" w:rsidR="002229CC" w:rsidRDefault="002229CC">
      <w:pPr>
        <w:spacing w:before="120" w:after="120" w:line="240" w:lineRule="auto"/>
        <w:rPr>
          <w:b/>
          <w:sz w:val="32"/>
        </w:rPr>
      </w:pPr>
    </w:p>
    <w:p w14:paraId="643D6CFC" w14:textId="1F6F3A4E" w:rsidR="00B4220C" w:rsidRDefault="00000000">
      <w:pPr>
        <w:spacing w:before="120" w:after="120" w:line="240" w:lineRule="auto"/>
      </w:pPr>
      <w:r>
        <w:rPr>
          <w:b/>
          <w:sz w:val="32"/>
        </w:rPr>
        <w:t>8. Contact and how to get involved</w:t>
      </w:r>
    </w:p>
    <w:p w14:paraId="238AE441" w14:textId="09AC3C9E" w:rsidR="00B4220C" w:rsidRPr="00B74DE3" w:rsidRDefault="00000000">
      <w:pPr>
        <w:spacing w:after="120" w:line="240" w:lineRule="auto"/>
        <w:jc w:val="both"/>
        <w:rPr>
          <w:color w:val="548DD4" w:themeColor="text2" w:themeTint="99"/>
        </w:rPr>
      </w:pPr>
      <w:r w:rsidRPr="00B74DE3">
        <w:rPr>
          <w:color w:val="548DD4" w:themeColor="text2" w:themeTint="99"/>
        </w:rPr>
        <w:t xml:space="preserve">Email: </w:t>
      </w:r>
      <w:r w:rsidR="00B74DE3" w:rsidRPr="00B74DE3">
        <w:rPr>
          <w:color w:val="548DD4" w:themeColor="text2" w:themeTint="99"/>
        </w:rPr>
        <w:t>rccampbelltownsa@gmail.com</w:t>
      </w:r>
    </w:p>
    <w:p w14:paraId="226349E3" w14:textId="439F9D1E" w:rsidR="00B4220C" w:rsidRDefault="00000000">
      <w:pPr>
        <w:spacing w:after="120" w:line="240" w:lineRule="auto"/>
        <w:jc w:val="both"/>
      </w:pPr>
      <w:r w:rsidRPr="00B74DE3">
        <w:rPr>
          <w:color w:val="548DD4" w:themeColor="text2" w:themeTint="99"/>
        </w:rPr>
        <w:t>Facebook</w:t>
      </w:r>
      <w:r w:rsidR="00B74DE3">
        <w:t xml:space="preserve">: </w:t>
      </w:r>
      <w:hyperlink r:id="rId12" w:history="1">
        <w:r w:rsidR="00B74DE3" w:rsidRPr="00B37DB5">
          <w:rPr>
            <w:rStyle w:val="Hyperlink"/>
          </w:rPr>
          <w:t>https://www.facebook.com/Repaircafecampbelltownsa</w:t>
        </w:r>
      </w:hyperlink>
      <w:r w:rsidR="00B74DE3">
        <w:t xml:space="preserve"> </w:t>
      </w:r>
    </w:p>
    <w:p w14:paraId="52D60DFA" w14:textId="77777777" w:rsidR="00B74DE3" w:rsidRDefault="00000000">
      <w:pPr>
        <w:spacing w:after="120" w:line="240" w:lineRule="auto"/>
        <w:jc w:val="both"/>
        <w:rPr>
          <w:color w:val="548DD4" w:themeColor="text2" w:themeTint="99"/>
        </w:rPr>
      </w:pPr>
      <w:r w:rsidRPr="00B74DE3">
        <w:rPr>
          <w:color w:val="548DD4" w:themeColor="text2" w:themeTint="99"/>
        </w:rPr>
        <w:t>How to join</w:t>
      </w:r>
      <w:r w:rsidR="00B74DE3" w:rsidRPr="00B74DE3">
        <w:rPr>
          <w:color w:val="548DD4" w:themeColor="text2" w:themeTint="99"/>
        </w:rPr>
        <w:t>:</w:t>
      </w:r>
      <w:r w:rsidR="00B74DE3">
        <w:rPr>
          <w:color w:val="548DD4" w:themeColor="text2" w:themeTint="99"/>
        </w:rPr>
        <w:t xml:space="preserve"> </w:t>
      </w:r>
    </w:p>
    <w:p w14:paraId="56164CC0" w14:textId="19031237" w:rsidR="00B4220C" w:rsidRDefault="00B74DE3">
      <w:pPr>
        <w:spacing w:after="120" w:line="240" w:lineRule="auto"/>
        <w:jc w:val="both"/>
        <w:rPr>
          <w:color w:val="548DD4" w:themeColor="text2" w:themeTint="99"/>
        </w:rPr>
      </w:pPr>
      <w:r>
        <w:rPr>
          <w:color w:val="548DD4" w:themeColor="text2" w:themeTint="99"/>
        </w:rPr>
        <w:t>The success of the Repair Café in Campbelltown depends on community involvement. You don’t have to have repair skills to help – there are several roles available</w:t>
      </w:r>
    </w:p>
    <w:p w14:paraId="2D416889" w14:textId="77777777" w:rsidR="00B74DE3" w:rsidRPr="00B74DE3" w:rsidRDefault="00B74DE3">
      <w:pPr>
        <w:spacing w:after="120" w:line="240" w:lineRule="auto"/>
        <w:jc w:val="both"/>
        <w:rPr>
          <w:color w:val="548DD4" w:themeColor="text2" w:themeTint="99"/>
        </w:rPr>
      </w:pPr>
    </w:p>
    <w:sectPr w:rsidR="00B74DE3" w:rsidRPr="00B74DE3" w:rsidSect="0003461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545EE" w14:textId="77777777" w:rsidR="00E05645" w:rsidRDefault="00E05645">
      <w:pPr>
        <w:spacing w:after="0" w:line="240" w:lineRule="auto"/>
      </w:pPr>
      <w:r>
        <w:separator/>
      </w:r>
    </w:p>
  </w:endnote>
  <w:endnote w:type="continuationSeparator" w:id="0">
    <w:p w14:paraId="0CC1B37B" w14:textId="77777777" w:rsidR="00E05645" w:rsidRDefault="00E0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30FCF" w14:textId="77777777" w:rsidR="00B4220C" w:rsidRDefault="00000000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67E4C" w14:textId="77777777" w:rsidR="00E05645" w:rsidRDefault="00E05645">
      <w:pPr>
        <w:spacing w:after="0" w:line="240" w:lineRule="auto"/>
      </w:pPr>
      <w:r>
        <w:separator/>
      </w:r>
    </w:p>
  </w:footnote>
  <w:footnote w:type="continuationSeparator" w:id="0">
    <w:p w14:paraId="452D2CEA" w14:textId="77777777" w:rsidR="00E05645" w:rsidRDefault="00E056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71600A8"/>
    <w:multiLevelType w:val="hybridMultilevel"/>
    <w:tmpl w:val="CDA27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727386">
    <w:abstractNumId w:val="8"/>
  </w:num>
  <w:num w:numId="2" w16cid:durableId="1355419467">
    <w:abstractNumId w:val="6"/>
  </w:num>
  <w:num w:numId="3" w16cid:durableId="1360424413">
    <w:abstractNumId w:val="5"/>
  </w:num>
  <w:num w:numId="4" w16cid:durableId="1450201062">
    <w:abstractNumId w:val="4"/>
  </w:num>
  <w:num w:numId="5" w16cid:durableId="1552764737">
    <w:abstractNumId w:val="7"/>
  </w:num>
  <w:num w:numId="6" w16cid:durableId="541140709">
    <w:abstractNumId w:val="3"/>
  </w:num>
  <w:num w:numId="7" w16cid:durableId="1915627424">
    <w:abstractNumId w:val="2"/>
  </w:num>
  <w:num w:numId="8" w16cid:durableId="1365982757">
    <w:abstractNumId w:val="1"/>
  </w:num>
  <w:num w:numId="9" w16cid:durableId="1099721962">
    <w:abstractNumId w:val="0"/>
  </w:num>
  <w:num w:numId="10" w16cid:durableId="12825398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253E8"/>
    <w:rsid w:val="0015074B"/>
    <w:rsid w:val="00196728"/>
    <w:rsid w:val="002229CC"/>
    <w:rsid w:val="0029639D"/>
    <w:rsid w:val="00326F90"/>
    <w:rsid w:val="004D70AB"/>
    <w:rsid w:val="0055715C"/>
    <w:rsid w:val="00666BE9"/>
    <w:rsid w:val="00AA1D8D"/>
    <w:rsid w:val="00B4220C"/>
    <w:rsid w:val="00B47730"/>
    <w:rsid w:val="00B74DE3"/>
    <w:rsid w:val="00C66425"/>
    <w:rsid w:val="00CB0664"/>
    <w:rsid w:val="00DC6248"/>
    <w:rsid w:val="00E0564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C7AE94"/>
  <w14:defaultImageDpi w14:val="300"/>
  <w15:docId w15:val="{083D9A3B-8FBE-4444-8A32-18D185C5F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74DE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Repaircafecampbelltowns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365</Words>
  <Characters>2334</Characters>
  <Application>Microsoft Office Word</Application>
  <DocSecurity>0</DocSecurity>
  <Lines>166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Vas Dolman</cp:lastModifiedBy>
  <cp:revision>4</cp:revision>
  <dcterms:created xsi:type="dcterms:W3CDTF">2026-02-23T05:24:00Z</dcterms:created>
  <dcterms:modified xsi:type="dcterms:W3CDTF">2026-02-23T05:30:00Z</dcterms:modified>
  <cp:category/>
</cp:coreProperties>
</file>